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Ind w:w="888" w:type="dxa"/>
        <w:tblLook w:val="04A0"/>
      </w:tblPr>
      <w:tblGrid>
        <w:gridCol w:w="3810"/>
      </w:tblGrid>
      <w:tr w:rsidR="000E2C8B" w:rsidTr="00FA0633">
        <w:trPr>
          <w:trHeight w:val="1905"/>
          <w:jc w:val="right"/>
        </w:trPr>
        <w:tc>
          <w:tcPr>
            <w:tcW w:w="38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9F9"/>
          </w:tcPr>
          <w:p w:rsidR="000E2C8B" w:rsidRDefault="00FD7736">
            <w:pPr>
              <w:spacing w:before="80" w:after="80"/>
              <w:jc w:val="center"/>
            </w:pPr>
            <w:r>
              <w:rPr>
                <w:color w:val="666666"/>
                <w:sz w:val="17"/>
              </w:rPr>
              <w:t>SPAZIO PER MARCA DA BOLLO</w:t>
            </w:r>
            <w:r>
              <w:rPr>
                <w:color w:val="666666"/>
                <w:sz w:val="17"/>
              </w:rPr>
              <w:br/>
            </w:r>
            <w:r>
              <w:rPr>
                <w:b/>
                <w:color w:val="222222"/>
              </w:rPr>
              <w:t>€ 16,00</w:t>
            </w:r>
            <w:r>
              <w:rPr>
                <w:b/>
                <w:color w:val="222222"/>
              </w:rPr>
              <w:br/>
            </w:r>
            <w:r>
              <w:rPr>
                <w:i/>
                <w:color w:val="777777"/>
                <w:sz w:val="16"/>
              </w:rPr>
              <w:t>(da annullare all'atto della presentazione)</w:t>
            </w:r>
          </w:p>
        </w:tc>
      </w:tr>
    </w:tbl>
    <w:p w:rsidR="000E2C8B" w:rsidRPr="00FA0633" w:rsidRDefault="00FD7736">
      <w:pPr>
        <w:spacing w:before="360" w:after="360"/>
        <w:jc w:val="right"/>
        <w:rPr>
          <w:sz w:val="24"/>
          <w:szCs w:val="24"/>
        </w:rPr>
      </w:pPr>
      <w:r w:rsidRPr="00FA0633">
        <w:rPr>
          <w:b/>
          <w:sz w:val="24"/>
          <w:szCs w:val="24"/>
        </w:rPr>
        <w:t>Spett.le Ufficio di Polizia Municipale</w:t>
      </w:r>
      <w:r w:rsidRPr="00FA0633">
        <w:rPr>
          <w:b/>
          <w:sz w:val="24"/>
          <w:szCs w:val="24"/>
        </w:rPr>
        <w:br/>
      </w:r>
      <w:r w:rsidRPr="00FA0633">
        <w:rPr>
          <w:sz w:val="24"/>
          <w:szCs w:val="24"/>
        </w:rPr>
        <w:t>Comune di Serra d'Aiello</w:t>
      </w:r>
      <w:r w:rsidRPr="00FA0633">
        <w:rPr>
          <w:sz w:val="24"/>
          <w:szCs w:val="24"/>
        </w:rPr>
        <w:br/>
        <w:t>Via Nazionale, 1 - 87030 Serra d'Aiello (CS)</w:t>
      </w:r>
    </w:p>
    <w:tbl>
      <w:tblPr>
        <w:tblW w:w="0" w:type="auto"/>
        <w:jc w:val="center"/>
        <w:tblLook w:val="04A0"/>
      </w:tblPr>
      <w:tblGrid>
        <w:gridCol w:w="9648"/>
      </w:tblGrid>
      <w:tr w:rsidR="000E2C8B">
        <w:trPr>
          <w:jc w:val="center"/>
        </w:trPr>
        <w:tc>
          <w:tcPr>
            <w:tcW w:w="9648" w:type="dxa"/>
            <w:tcBorders>
              <w:left w:val="single" w:sz="24" w:space="0" w:color="333333"/>
            </w:tcBorders>
            <w:shd w:val="clear" w:color="auto" w:fill="F2F4F7"/>
          </w:tcPr>
          <w:p w:rsidR="000E2C8B" w:rsidRPr="009B13F5" w:rsidRDefault="00FD7736" w:rsidP="009B13F5">
            <w:pPr>
              <w:spacing w:before="120" w:after="120"/>
              <w:ind w:left="144" w:right="144"/>
              <w:jc w:val="both"/>
              <w:rPr>
                <w:b/>
                <w:sz w:val="24"/>
                <w:szCs w:val="24"/>
              </w:rPr>
            </w:pPr>
            <w:r w:rsidRPr="009B13F5">
              <w:rPr>
                <w:b/>
                <w:sz w:val="24"/>
                <w:szCs w:val="24"/>
              </w:rPr>
              <w:t>OGGETTO: Legge 26 gennaio 2026 n. 14 “Modifiche al decreto legislativo 24 giugno 2003, n. 209, e altre disposizioni in materia di cancellazione dai pubblici registri dei veicoli fuori uso sottoposti a fermo amministrativo” - Richiesta attestazione di inutilizzabilità dei veicoli fuori uso ai fini della rottamazione e radiazione dal PRA.</w:t>
            </w:r>
          </w:p>
        </w:tc>
      </w:tr>
    </w:tbl>
    <w:p w:rsidR="00FA0633" w:rsidRDefault="00FD7736" w:rsidP="00FA0633">
      <w:pPr>
        <w:spacing w:before="320" w:after="160" w:line="480" w:lineRule="auto"/>
        <w:jc w:val="both"/>
      </w:pPr>
      <w:r>
        <w:rPr>
          <w:b/>
        </w:rPr>
        <w:t xml:space="preserve">Il/La </w:t>
      </w:r>
      <w:proofErr w:type="spellStart"/>
      <w:r>
        <w:rPr>
          <w:b/>
        </w:rPr>
        <w:t>sottoscritto</w:t>
      </w:r>
      <w:proofErr w:type="spellEnd"/>
      <w:r>
        <w:rPr>
          <w:b/>
        </w:rPr>
        <w:t>/a</w:t>
      </w:r>
      <w:r w:rsidR="00FA0633">
        <w:rPr>
          <w:b/>
        </w:rPr>
        <w:t xml:space="preserve"> _____________________________________</w:t>
      </w:r>
      <w:r w:rsidR="00FA0633">
        <w:t xml:space="preserve"> </w:t>
      </w:r>
      <w:proofErr w:type="spellStart"/>
      <w:r w:rsidR="00FA0633">
        <w:t>nato</w:t>
      </w:r>
      <w:proofErr w:type="spellEnd"/>
      <w:r w:rsidR="00FA0633">
        <w:t xml:space="preserve">/ </w:t>
      </w:r>
      <w:r>
        <w:t xml:space="preserve">a </w:t>
      </w:r>
      <w:proofErr w:type="spellStart"/>
      <w:r>
        <w:t>a</w:t>
      </w:r>
      <w:proofErr w:type="spellEnd"/>
      <w:r w:rsidR="00FA0633">
        <w:t xml:space="preserve"> _________________________ </w:t>
      </w:r>
      <w:r>
        <w:t>(</w:t>
      </w:r>
      <w:r w:rsidR="00FA0633">
        <w:t xml:space="preserve">________) </w:t>
      </w:r>
      <w:proofErr w:type="spellStart"/>
      <w:r w:rsidR="00FA0633">
        <w:t>il</w:t>
      </w:r>
      <w:proofErr w:type="spellEnd"/>
      <w:r w:rsidR="00FA0633">
        <w:t xml:space="preserve"> ____/____/________ , </w:t>
      </w:r>
      <w:proofErr w:type="spellStart"/>
      <w:r>
        <w:t>residente</w:t>
      </w:r>
      <w:proofErr w:type="spellEnd"/>
      <w:r>
        <w:t xml:space="preserve"> in __________________________________ (________) </w:t>
      </w:r>
      <w:proofErr w:type="spellStart"/>
      <w:r>
        <w:t>alla</w:t>
      </w:r>
      <w:proofErr w:type="spellEnd"/>
      <w:r>
        <w:t xml:space="preserve"> via ________________________ n. _______,</w:t>
      </w:r>
      <w:r w:rsidR="00FA0633">
        <w:t xml:space="preserve"> C.F. _______________________________________________</w:t>
      </w:r>
      <w:r w:rsidR="00FA0633">
        <w:br/>
      </w:r>
      <w:r>
        <w:t>Tel./Cell.: ______</w:t>
      </w:r>
      <w:r w:rsidR="00FA0633">
        <w:t xml:space="preserve">____________________, </w:t>
      </w:r>
      <w:r>
        <w:t>E-</w:t>
      </w:r>
      <w:r w:rsidR="00FA0633">
        <w:t>mail / PEC: __________________________________________</w:t>
      </w:r>
    </w:p>
    <w:p w:rsidR="001E5B5F" w:rsidRPr="001E5B5F" w:rsidRDefault="00FD7736">
      <w:pPr>
        <w:spacing w:before="200" w:after="80"/>
        <w:rPr>
          <w:b/>
          <w:sz w:val="24"/>
          <w:szCs w:val="24"/>
        </w:rPr>
      </w:pPr>
      <w:r w:rsidRPr="009B13F5">
        <w:rPr>
          <w:b/>
          <w:sz w:val="24"/>
          <w:szCs w:val="24"/>
        </w:rPr>
        <w:t>in qualità di :</w:t>
      </w:r>
    </w:p>
    <w:p w:rsidR="000E2C8B" w:rsidRPr="009B13F5" w:rsidRDefault="00FD7736">
      <w:pPr>
        <w:spacing w:line="300" w:lineRule="auto"/>
        <w:ind w:left="288"/>
        <w:rPr>
          <w:sz w:val="24"/>
          <w:szCs w:val="24"/>
        </w:rPr>
      </w:pPr>
      <w:r w:rsidRPr="009B13F5">
        <w:rPr>
          <w:sz w:val="24"/>
          <w:szCs w:val="24"/>
        </w:rPr>
        <w:t>☐  Proprietario</w:t>
      </w:r>
      <w:r w:rsidRPr="009B13F5">
        <w:rPr>
          <w:sz w:val="24"/>
          <w:szCs w:val="24"/>
        </w:rPr>
        <w:br/>
        <w:t>☐  Erede (allegando comprovante documentazione)</w:t>
      </w:r>
      <w:r w:rsidRPr="009B13F5">
        <w:rPr>
          <w:sz w:val="24"/>
          <w:szCs w:val="24"/>
        </w:rPr>
        <w:br/>
        <w:t xml:space="preserve">☐  </w:t>
      </w:r>
      <w:proofErr w:type="spellStart"/>
      <w:r w:rsidRPr="009B13F5">
        <w:rPr>
          <w:sz w:val="24"/>
          <w:szCs w:val="24"/>
        </w:rPr>
        <w:t>Delegato</w:t>
      </w:r>
      <w:proofErr w:type="spellEnd"/>
      <w:r w:rsidRPr="009B13F5">
        <w:rPr>
          <w:sz w:val="24"/>
          <w:szCs w:val="24"/>
        </w:rPr>
        <w:t xml:space="preserve"> (</w:t>
      </w:r>
      <w:proofErr w:type="spellStart"/>
      <w:r w:rsidRPr="009B13F5">
        <w:rPr>
          <w:sz w:val="24"/>
          <w:szCs w:val="24"/>
        </w:rPr>
        <w:t>allegando</w:t>
      </w:r>
      <w:proofErr w:type="spellEnd"/>
      <w:r w:rsidR="001E5B5F">
        <w:rPr>
          <w:sz w:val="24"/>
          <w:szCs w:val="24"/>
        </w:rPr>
        <w:t xml:space="preserve"> </w:t>
      </w:r>
      <w:proofErr w:type="spellStart"/>
      <w:r w:rsidR="001E5B5F">
        <w:rPr>
          <w:sz w:val="24"/>
          <w:szCs w:val="24"/>
        </w:rPr>
        <w:t>delega</w:t>
      </w:r>
      <w:proofErr w:type="spellEnd"/>
    </w:p>
    <w:p w:rsidR="000E2C8B" w:rsidRPr="009B13F5" w:rsidRDefault="009B13F5">
      <w:pPr>
        <w:spacing w:after="160"/>
        <w:rPr>
          <w:b/>
          <w:sz w:val="24"/>
        </w:rPr>
      </w:pPr>
      <w:r w:rsidRPr="009B13F5">
        <w:rPr>
          <w:b/>
          <w:sz w:val="24"/>
        </w:rPr>
        <w:t>DATI DEL VEICOLO SOTTOPOSTO A FERMO AMMINISTRATIVO (ART. 86 DPR 602/1973)</w:t>
      </w:r>
    </w:p>
    <w:p w:rsidR="009B13F5" w:rsidRDefault="009B13F5">
      <w:pPr>
        <w:spacing w:after="160"/>
        <w:rPr>
          <w:sz w:val="24"/>
          <w:szCs w:val="24"/>
        </w:rPr>
      </w:pPr>
      <w:proofErr w:type="spellStart"/>
      <w:r w:rsidRPr="009B13F5">
        <w:rPr>
          <w:b/>
          <w:sz w:val="24"/>
          <w:szCs w:val="24"/>
        </w:rPr>
        <w:t>Tipo</w:t>
      </w:r>
      <w:proofErr w:type="spellEnd"/>
      <w:r w:rsidRPr="009B13F5">
        <w:rPr>
          <w:b/>
          <w:sz w:val="24"/>
          <w:szCs w:val="24"/>
        </w:rPr>
        <w:t xml:space="preserve">:  </w:t>
      </w:r>
      <w:r w:rsidRPr="009B13F5">
        <w:rPr>
          <w:sz w:val="24"/>
          <w:szCs w:val="24"/>
        </w:rPr>
        <w:t xml:space="preserve">☐   </w:t>
      </w:r>
      <w:proofErr w:type="spellStart"/>
      <w:r w:rsidRPr="009B13F5">
        <w:rPr>
          <w:sz w:val="24"/>
          <w:szCs w:val="24"/>
        </w:rPr>
        <w:t>autoveicolo</w:t>
      </w:r>
      <w:proofErr w:type="spellEnd"/>
      <w:r w:rsidRPr="009B13F5">
        <w:rPr>
          <w:sz w:val="24"/>
          <w:szCs w:val="24"/>
        </w:rPr>
        <w:t xml:space="preserve">  ☐   </w:t>
      </w:r>
      <w:proofErr w:type="spellStart"/>
      <w:r w:rsidRPr="009B13F5">
        <w:rPr>
          <w:sz w:val="24"/>
          <w:szCs w:val="24"/>
        </w:rPr>
        <w:t>motoveicolo</w:t>
      </w:r>
      <w:proofErr w:type="spellEnd"/>
      <w:r w:rsidRPr="009B13F5">
        <w:rPr>
          <w:sz w:val="24"/>
          <w:szCs w:val="24"/>
        </w:rPr>
        <w:t xml:space="preserve">  ☐   </w:t>
      </w:r>
      <w:proofErr w:type="spellStart"/>
      <w:r w:rsidRPr="009B13F5">
        <w:rPr>
          <w:sz w:val="24"/>
          <w:szCs w:val="24"/>
        </w:rPr>
        <w:t>autocarro</w:t>
      </w:r>
      <w:proofErr w:type="spellEnd"/>
      <w:r w:rsidRPr="009B13F5">
        <w:rPr>
          <w:sz w:val="24"/>
          <w:szCs w:val="24"/>
        </w:rPr>
        <w:t xml:space="preserve">  ☐   </w:t>
      </w:r>
      <w:proofErr w:type="spellStart"/>
      <w:r w:rsidRPr="009B13F5">
        <w:rPr>
          <w:sz w:val="24"/>
          <w:szCs w:val="24"/>
        </w:rPr>
        <w:t>altro</w:t>
      </w:r>
      <w:proofErr w:type="spellEnd"/>
      <w:r w:rsidRPr="009B13F5">
        <w:rPr>
          <w:sz w:val="24"/>
          <w:szCs w:val="24"/>
        </w:rPr>
        <w:t>_____________________</w:t>
      </w:r>
    </w:p>
    <w:tbl>
      <w:tblPr>
        <w:tblW w:w="0" w:type="auto"/>
        <w:jc w:val="center"/>
        <w:tblLook w:val="04A0"/>
      </w:tblPr>
      <w:tblGrid>
        <w:gridCol w:w="4824"/>
        <w:gridCol w:w="4824"/>
      </w:tblGrid>
      <w:tr w:rsidR="00CF7294" w:rsidRPr="009B13F5" w:rsidTr="009C573C">
        <w:trPr>
          <w:jc w:val="center"/>
        </w:trPr>
        <w:tc>
          <w:tcPr>
            <w:tcW w:w="4824" w:type="dxa"/>
          </w:tcPr>
          <w:p w:rsidR="00CF7294" w:rsidRPr="009B13F5" w:rsidRDefault="00CF7294" w:rsidP="009C573C">
            <w:pPr>
              <w:spacing w:before="60" w:after="60"/>
              <w:rPr>
                <w:sz w:val="24"/>
                <w:szCs w:val="24"/>
              </w:rPr>
            </w:pPr>
            <w:proofErr w:type="spellStart"/>
            <w:r w:rsidRPr="009B13F5">
              <w:rPr>
                <w:sz w:val="24"/>
                <w:szCs w:val="24"/>
              </w:rPr>
              <w:t>Targa</w:t>
            </w:r>
            <w:proofErr w:type="spellEnd"/>
            <w:r w:rsidRPr="009B13F5">
              <w:rPr>
                <w:sz w:val="24"/>
                <w:szCs w:val="24"/>
              </w:rPr>
              <w:t>: ________________________</w:t>
            </w:r>
          </w:p>
        </w:tc>
        <w:tc>
          <w:tcPr>
            <w:tcW w:w="4824" w:type="dxa"/>
          </w:tcPr>
          <w:p w:rsidR="00CF7294" w:rsidRPr="009B13F5" w:rsidRDefault="00CF7294" w:rsidP="009C573C">
            <w:pPr>
              <w:spacing w:before="60" w:after="60"/>
              <w:rPr>
                <w:sz w:val="24"/>
                <w:szCs w:val="24"/>
              </w:rPr>
            </w:pPr>
            <w:proofErr w:type="spellStart"/>
            <w:r w:rsidRPr="009B13F5">
              <w:rPr>
                <w:sz w:val="24"/>
                <w:szCs w:val="24"/>
              </w:rPr>
              <w:t>Marca</w:t>
            </w:r>
            <w:proofErr w:type="spellEnd"/>
            <w:r w:rsidRPr="009B13F5">
              <w:rPr>
                <w:sz w:val="24"/>
                <w:szCs w:val="24"/>
              </w:rPr>
              <w:t>: ________________________</w:t>
            </w:r>
          </w:p>
        </w:tc>
      </w:tr>
      <w:tr w:rsidR="00CF7294" w:rsidRPr="009B13F5" w:rsidTr="009C573C">
        <w:trPr>
          <w:jc w:val="center"/>
        </w:trPr>
        <w:tc>
          <w:tcPr>
            <w:tcW w:w="4824" w:type="dxa"/>
          </w:tcPr>
          <w:p w:rsidR="00CF7294" w:rsidRPr="009B13F5" w:rsidRDefault="00CF7294" w:rsidP="009C573C">
            <w:pPr>
              <w:spacing w:before="60" w:after="60"/>
              <w:rPr>
                <w:sz w:val="24"/>
                <w:szCs w:val="24"/>
              </w:rPr>
            </w:pPr>
            <w:proofErr w:type="spellStart"/>
            <w:r w:rsidRPr="009B13F5">
              <w:rPr>
                <w:sz w:val="24"/>
                <w:szCs w:val="24"/>
              </w:rPr>
              <w:t>Modello</w:t>
            </w:r>
            <w:proofErr w:type="spellEnd"/>
            <w:r w:rsidRPr="009B13F5">
              <w:rPr>
                <w:sz w:val="24"/>
                <w:szCs w:val="24"/>
              </w:rPr>
              <w:t>: ______________________</w:t>
            </w:r>
          </w:p>
        </w:tc>
        <w:tc>
          <w:tcPr>
            <w:tcW w:w="4824" w:type="dxa"/>
          </w:tcPr>
          <w:p w:rsidR="00CF7294" w:rsidRPr="009B13F5" w:rsidRDefault="00CF7294" w:rsidP="009C573C">
            <w:pPr>
              <w:spacing w:before="60" w:after="60"/>
              <w:rPr>
                <w:sz w:val="24"/>
                <w:szCs w:val="24"/>
              </w:rPr>
            </w:pPr>
            <w:r w:rsidRPr="009B13F5">
              <w:rPr>
                <w:sz w:val="24"/>
                <w:szCs w:val="24"/>
              </w:rPr>
              <w:t xml:space="preserve">Anno </w:t>
            </w:r>
            <w:proofErr w:type="spellStart"/>
            <w:r w:rsidRPr="009B13F5">
              <w:rPr>
                <w:sz w:val="24"/>
                <w:szCs w:val="24"/>
              </w:rPr>
              <w:t>di</w:t>
            </w:r>
            <w:proofErr w:type="spellEnd"/>
            <w:r w:rsidRPr="009B13F5">
              <w:rPr>
                <w:sz w:val="24"/>
                <w:szCs w:val="24"/>
              </w:rPr>
              <w:t xml:space="preserve"> </w:t>
            </w:r>
            <w:proofErr w:type="spellStart"/>
            <w:r w:rsidRPr="009B13F5">
              <w:rPr>
                <w:sz w:val="24"/>
                <w:szCs w:val="24"/>
              </w:rPr>
              <w:t>inizio</w:t>
            </w:r>
            <w:proofErr w:type="spellEnd"/>
            <w:r w:rsidRPr="009B13F5">
              <w:rPr>
                <w:sz w:val="24"/>
                <w:szCs w:val="24"/>
              </w:rPr>
              <w:t xml:space="preserve"> </w:t>
            </w:r>
            <w:proofErr w:type="spellStart"/>
            <w:r w:rsidRPr="009B13F5">
              <w:rPr>
                <w:sz w:val="24"/>
                <w:szCs w:val="24"/>
              </w:rPr>
              <w:t>custodia</w:t>
            </w:r>
            <w:proofErr w:type="spellEnd"/>
            <w:r w:rsidRPr="009B13F5">
              <w:rPr>
                <w:sz w:val="24"/>
                <w:szCs w:val="24"/>
              </w:rPr>
              <w:t>: ____________</w:t>
            </w:r>
          </w:p>
        </w:tc>
      </w:tr>
      <w:tr w:rsidR="00CF7294" w:rsidRPr="009B13F5" w:rsidTr="009C573C">
        <w:trPr>
          <w:jc w:val="center"/>
        </w:trPr>
        <w:tc>
          <w:tcPr>
            <w:tcW w:w="4824" w:type="dxa"/>
          </w:tcPr>
          <w:p w:rsidR="00CF7294" w:rsidRPr="009B13F5" w:rsidRDefault="00CF7294" w:rsidP="009C573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4824" w:type="dxa"/>
          </w:tcPr>
          <w:p w:rsidR="00CF7294" w:rsidRPr="009B13F5" w:rsidRDefault="00CF7294" w:rsidP="009C573C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:rsidR="009B13F5" w:rsidRDefault="009B13F5">
      <w:pPr>
        <w:spacing w:after="160"/>
        <w:rPr>
          <w:b/>
          <w:sz w:val="24"/>
          <w:szCs w:val="24"/>
        </w:rPr>
      </w:pPr>
      <w:r w:rsidRPr="009B13F5">
        <w:rPr>
          <w:b/>
          <w:sz w:val="24"/>
          <w:szCs w:val="24"/>
        </w:rPr>
        <w:t>LUOGO DI CUSTODIA DEL VEICOLO</w:t>
      </w:r>
    </w:p>
    <w:p w:rsidR="009B13F5" w:rsidRDefault="009B13F5">
      <w:pPr>
        <w:spacing w:after="160"/>
        <w:rPr>
          <w:sz w:val="24"/>
          <w:szCs w:val="24"/>
        </w:rPr>
      </w:pPr>
      <w:proofErr w:type="spellStart"/>
      <w:r w:rsidRPr="009B13F5">
        <w:rPr>
          <w:b/>
          <w:sz w:val="24"/>
          <w:szCs w:val="24"/>
        </w:rPr>
        <w:t>Tipologia</w:t>
      </w:r>
      <w:proofErr w:type="spellEnd"/>
      <w:r w:rsidRPr="009B13F5">
        <w:rPr>
          <w:b/>
          <w:sz w:val="24"/>
          <w:szCs w:val="24"/>
        </w:rPr>
        <w:t xml:space="preserve"> area:  </w:t>
      </w:r>
      <w:r w:rsidRPr="009B13F5">
        <w:rPr>
          <w:sz w:val="24"/>
          <w:szCs w:val="24"/>
        </w:rPr>
        <w:t xml:space="preserve">☐   </w:t>
      </w:r>
      <w:proofErr w:type="spellStart"/>
      <w:r w:rsidRPr="009B13F5">
        <w:rPr>
          <w:sz w:val="24"/>
          <w:szCs w:val="24"/>
        </w:rPr>
        <w:t>privata</w:t>
      </w:r>
      <w:proofErr w:type="spellEnd"/>
      <w:r w:rsidRPr="009B13F5">
        <w:rPr>
          <w:sz w:val="24"/>
          <w:szCs w:val="24"/>
        </w:rPr>
        <w:t xml:space="preserve"> del </w:t>
      </w:r>
      <w:proofErr w:type="spellStart"/>
      <w:r w:rsidRPr="009B13F5">
        <w:rPr>
          <w:sz w:val="24"/>
          <w:szCs w:val="24"/>
        </w:rPr>
        <w:t>richiedente</w:t>
      </w:r>
      <w:proofErr w:type="spellEnd"/>
      <w:r w:rsidRPr="009B13F5">
        <w:rPr>
          <w:sz w:val="24"/>
          <w:szCs w:val="24"/>
        </w:rPr>
        <w:t xml:space="preserve">  ☐   private </w:t>
      </w:r>
      <w:proofErr w:type="spellStart"/>
      <w:r w:rsidRPr="009B13F5">
        <w:rPr>
          <w:sz w:val="24"/>
          <w:szCs w:val="24"/>
        </w:rPr>
        <w:t>di</w:t>
      </w:r>
      <w:proofErr w:type="spellEnd"/>
      <w:r w:rsidRPr="009B13F5">
        <w:rPr>
          <w:sz w:val="24"/>
          <w:szCs w:val="24"/>
        </w:rPr>
        <w:t xml:space="preserve"> </w:t>
      </w:r>
      <w:proofErr w:type="spellStart"/>
      <w:r w:rsidRPr="009B13F5">
        <w:rPr>
          <w:sz w:val="24"/>
          <w:szCs w:val="24"/>
        </w:rPr>
        <w:t>terzi</w:t>
      </w:r>
      <w:proofErr w:type="spellEnd"/>
      <w:r w:rsidRPr="009B13F5">
        <w:rPr>
          <w:sz w:val="24"/>
          <w:szCs w:val="24"/>
        </w:rPr>
        <w:t xml:space="preserve">  ☐   </w:t>
      </w:r>
      <w:proofErr w:type="spellStart"/>
      <w:r w:rsidRPr="009B13F5">
        <w:rPr>
          <w:sz w:val="24"/>
          <w:szCs w:val="24"/>
        </w:rPr>
        <w:t>pubblica</w:t>
      </w:r>
      <w:proofErr w:type="spellEnd"/>
      <w:r w:rsidRPr="009B13F5">
        <w:rPr>
          <w:sz w:val="24"/>
          <w:szCs w:val="24"/>
        </w:rPr>
        <w:t xml:space="preserve"> ☐  </w:t>
      </w:r>
      <w:proofErr w:type="spellStart"/>
      <w:r w:rsidRPr="009B13F5">
        <w:rPr>
          <w:sz w:val="24"/>
          <w:szCs w:val="24"/>
        </w:rPr>
        <w:t>condominiale</w:t>
      </w:r>
      <w:proofErr w:type="spellEnd"/>
    </w:p>
    <w:p w:rsidR="00A609C7" w:rsidRPr="009B13F5" w:rsidRDefault="00A609C7">
      <w:pPr>
        <w:spacing w:after="160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Ubicazione</w:t>
      </w:r>
      <w:proofErr w:type="spellEnd"/>
      <w:r>
        <w:rPr>
          <w:sz w:val="24"/>
          <w:szCs w:val="24"/>
        </w:rPr>
        <w:t xml:space="preserve"> via______________________________ n._______________</w:t>
      </w:r>
    </w:p>
    <w:tbl>
      <w:tblPr>
        <w:tblW w:w="0" w:type="auto"/>
        <w:jc w:val="center"/>
        <w:tblLook w:val="04A0"/>
      </w:tblPr>
      <w:tblGrid>
        <w:gridCol w:w="246"/>
        <w:gridCol w:w="246"/>
      </w:tblGrid>
      <w:tr w:rsidR="000E2C8B" w:rsidRPr="009B13F5" w:rsidTr="00F06193">
        <w:trPr>
          <w:trHeight w:val="37"/>
          <w:jc w:val="center"/>
        </w:trPr>
        <w:tc>
          <w:tcPr>
            <w:tcW w:w="246" w:type="dxa"/>
          </w:tcPr>
          <w:p w:rsidR="000E2C8B" w:rsidRPr="009B13F5" w:rsidRDefault="000E2C8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46" w:type="dxa"/>
          </w:tcPr>
          <w:p w:rsidR="000E2C8B" w:rsidRPr="009B13F5" w:rsidRDefault="000E2C8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0E2C8B" w:rsidRPr="009B13F5" w:rsidTr="00F06193">
        <w:trPr>
          <w:trHeight w:val="215"/>
          <w:jc w:val="center"/>
        </w:trPr>
        <w:tc>
          <w:tcPr>
            <w:tcW w:w="246" w:type="dxa"/>
          </w:tcPr>
          <w:p w:rsidR="000E2C8B" w:rsidRPr="009B13F5" w:rsidRDefault="000E2C8B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46" w:type="dxa"/>
          </w:tcPr>
          <w:p w:rsidR="000E2C8B" w:rsidRPr="009B13F5" w:rsidRDefault="000E2C8B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0E2C8B" w:rsidRPr="009B13F5" w:rsidTr="00665420">
        <w:trPr>
          <w:trHeight w:val="80"/>
          <w:jc w:val="center"/>
        </w:trPr>
        <w:tc>
          <w:tcPr>
            <w:tcW w:w="246" w:type="dxa"/>
          </w:tcPr>
          <w:p w:rsidR="000E2C8B" w:rsidRPr="009B13F5" w:rsidRDefault="000E2C8B" w:rsidP="00F061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dxa"/>
          </w:tcPr>
          <w:p w:rsidR="000E2C8B" w:rsidRPr="009B13F5" w:rsidRDefault="000E2C8B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:rsidR="001E5B5F" w:rsidRPr="00297A2D" w:rsidRDefault="00FD7736">
      <w:pPr>
        <w:spacing w:before="280" w:after="120"/>
        <w:jc w:val="both"/>
        <w:rPr>
          <w:sz w:val="24"/>
          <w:szCs w:val="24"/>
        </w:rPr>
      </w:pPr>
      <w:proofErr w:type="spellStart"/>
      <w:r w:rsidRPr="00297A2D">
        <w:rPr>
          <w:sz w:val="24"/>
          <w:szCs w:val="24"/>
        </w:rPr>
        <w:t>sottoposto</w:t>
      </w:r>
      <w:proofErr w:type="spellEnd"/>
      <w:r w:rsidRPr="00297A2D">
        <w:rPr>
          <w:sz w:val="24"/>
          <w:szCs w:val="24"/>
        </w:rPr>
        <w:t xml:space="preserve"> a </w:t>
      </w:r>
      <w:proofErr w:type="spellStart"/>
      <w:r w:rsidRPr="00297A2D">
        <w:rPr>
          <w:sz w:val="24"/>
          <w:szCs w:val="24"/>
        </w:rPr>
        <w:t>fermo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amministrativo</w:t>
      </w:r>
      <w:proofErr w:type="spellEnd"/>
      <w:r w:rsidRPr="00297A2D">
        <w:rPr>
          <w:sz w:val="24"/>
          <w:szCs w:val="24"/>
        </w:rPr>
        <w:t xml:space="preserve">, ai sensi dell'articolo 86 del DPR 29 settembre 1973, n. 602, al fine di procedere alla demolizione dello stesso e poter di conseguenza effettuare la relativa radiazione come previsto dalla Circolare A.C.I. prot. DSD/0011454/09 del 16 settembre 2009 relativa al “Divieto di </w:t>
      </w:r>
      <w:proofErr w:type="spellStart"/>
      <w:r w:rsidRPr="00297A2D">
        <w:rPr>
          <w:sz w:val="24"/>
          <w:szCs w:val="24"/>
        </w:rPr>
        <w:t>radiazione</w:t>
      </w:r>
      <w:proofErr w:type="spellEnd"/>
      <w:r w:rsidRPr="00297A2D">
        <w:rPr>
          <w:sz w:val="24"/>
          <w:szCs w:val="24"/>
        </w:rPr>
        <w:t xml:space="preserve"> per </w:t>
      </w:r>
      <w:proofErr w:type="spellStart"/>
      <w:r w:rsidRPr="00297A2D">
        <w:rPr>
          <w:sz w:val="24"/>
          <w:szCs w:val="24"/>
        </w:rPr>
        <w:t>i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veicoli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gravati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dal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fermo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fiscale</w:t>
      </w:r>
      <w:proofErr w:type="spellEnd"/>
      <w:r w:rsidRPr="00297A2D">
        <w:rPr>
          <w:sz w:val="24"/>
          <w:szCs w:val="24"/>
        </w:rPr>
        <w:t xml:space="preserve">”, </w:t>
      </w:r>
      <w:proofErr w:type="spellStart"/>
      <w:r w:rsidRPr="00297A2D">
        <w:rPr>
          <w:sz w:val="24"/>
          <w:szCs w:val="24"/>
        </w:rPr>
        <w:t>ai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sensi</w:t>
      </w:r>
      <w:proofErr w:type="spellEnd"/>
      <w:r w:rsidRPr="00297A2D">
        <w:rPr>
          <w:sz w:val="24"/>
          <w:szCs w:val="24"/>
        </w:rPr>
        <w:t>:</w:t>
      </w:r>
    </w:p>
    <w:p w:rsidR="000E2C8B" w:rsidRPr="00297A2D" w:rsidRDefault="00FD7736" w:rsidP="00297A2D">
      <w:pPr>
        <w:pStyle w:val="Puntoelenco"/>
        <w:numPr>
          <w:ilvl w:val="0"/>
          <w:numId w:val="11"/>
        </w:numPr>
        <w:spacing w:before="40" w:after="40"/>
        <w:jc w:val="both"/>
        <w:rPr>
          <w:sz w:val="24"/>
          <w:szCs w:val="24"/>
        </w:rPr>
      </w:pPr>
      <w:r w:rsidRPr="00297A2D">
        <w:rPr>
          <w:sz w:val="24"/>
          <w:szCs w:val="24"/>
        </w:rPr>
        <w:t xml:space="preserve">del </w:t>
      </w:r>
      <w:proofErr w:type="spellStart"/>
      <w:r w:rsidRPr="00297A2D">
        <w:rPr>
          <w:sz w:val="24"/>
          <w:szCs w:val="24"/>
        </w:rPr>
        <w:t>D.Lgs</w:t>
      </w:r>
      <w:proofErr w:type="spellEnd"/>
      <w:r w:rsidRPr="00297A2D">
        <w:rPr>
          <w:sz w:val="24"/>
          <w:szCs w:val="24"/>
        </w:rPr>
        <w:t>. 24 giugno 2003, n. 209 (Art. 5, comma 8-ter) in materia di veicoli fuori uso;</w:t>
      </w:r>
    </w:p>
    <w:p w:rsidR="000E2C8B" w:rsidRPr="00297A2D" w:rsidRDefault="00FD7736" w:rsidP="00297A2D">
      <w:pPr>
        <w:pStyle w:val="Puntoelenco"/>
        <w:numPr>
          <w:ilvl w:val="0"/>
          <w:numId w:val="11"/>
        </w:numPr>
        <w:spacing w:before="40" w:after="40"/>
        <w:jc w:val="both"/>
        <w:rPr>
          <w:sz w:val="24"/>
          <w:szCs w:val="24"/>
        </w:rPr>
      </w:pPr>
      <w:r w:rsidRPr="00297A2D">
        <w:rPr>
          <w:sz w:val="24"/>
          <w:szCs w:val="24"/>
        </w:rPr>
        <w:t xml:space="preserve">del </w:t>
      </w:r>
      <w:proofErr w:type="spellStart"/>
      <w:r w:rsidRPr="00297A2D">
        <w:rPr>
          <w:sz w:val="24"/>
          <w:szCs w:val="24"/>
        </w:rPr>
        <w:t>D.Lgs</w:t>
      </w:r>
      <w:proofErr w:type="spellEnd"/>
      <w:r w:rsidRPr="00297A2D">
        <w:rPr>
          <w:sz w:val="24"/>
          <w:szCs w:val="24"/>
        </w:rPr>
        <w:t>. 3 aprile 2006, n. 152 (Art. 231, comma 5-ter) Norme in materia ambientale;</w:t>
      </w:r>
    </w:p>
    <w:p w:rsidR="000E2C8B" w:rsidRPr="00297A2D" w:rsidRDefault="00FD7736" w:rsidP="00297A2D">
      <w:pPr>
        <w:pStyle w:val="Puntoelenco"/>
        <w:numPr>
          <w:ilvl w:val="0"/>
          <w:numId w:val="11"/>
        </w:numPr>
        <w:spacing w:before="40" w:after="40"/>
        <w:jc w:val="both"/>
        <w:rPr>
          <w:sz w:val="24"/>
          <w:szCs w:val="24"/>
        </w:rPr>
      </w:pPr>
      <w:proofErr w:type="spellStart"/>
      <w:r w:rsidRPr="00297A2D">
        <w:rPr>
          <w:sz w:val="24"/>
          <w:szCs w:val="24"/>
        </w:rPr>
        <w:t>della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Legge</w:t>
      </w:r>
      <w:proofErr w:type="spellEnd"/>
      <w:r w:rsidRPr="00297A2D">
        <w:rPr>
          <w:sz w:val="24"/>
          <w:szCs w:val="24"/>
        </w:rPr>
        <w:t xml:space="preserve"> 26 </w:t>
      </w:r>
      <w:proofErr w:type="spellStart"/>
      <w:r w:rsidRPr="00297A2D">
        <w:rPr>
          <w:sz w:val="24"/>
          <w:szCs w:val="24"/>
        </w:rPr>
        <w:t>gennaio</w:t>
      </w:r>
      <w:proofErr w:type="spellEnd"/>
      <w:r w:rsidRPr="00297A2D">
        <w:rPr>
          <w:sz w:val="24"/>
          <w:szCs w:val="24"/>
        </w:rPr>
        <w:t xml:space="preserve"> 2026, n. 14 (Art. 3 - </w:t>
      </w:r>
      <w:proofErr w:type="spellStart"/>
      <w:r w:rsidRPr="00297A2D">
        <w:rPr>
          <w:sz w:val="24"/>
          <w:szCs w:val="24"/>
        </w:rPr>
        <w:t>Attestazione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di</w:t>
      </w:r>
      <w:proofErr w:type="spellEnd"/>
      <w:r w:rsidRPr="00297A2D">
        <w:rPr>
          <w:sz w:val="24"/>
          <w:szCs w:val="24"/>
        </w:rPr>
        <w:t xml:space="preserve"> </w:t>
      </w:r>
      <w:proofErr w:type="spellStart"/>
      <w:r w:rsidRPr="00297A2D">
        <w:rPr>
          <w:sz w:val="24"/>
          <w:szCs w:val="24"/>
        </w:rPr>
        <w:t>inutili</w:t>
      </w:r>
      <w:r w:rsidR="00297A2D">
        <w:rPr>
          <w:sz w:val="24"/>
          <w:szCs w:val="24"/>
        </w:rPr>
        <w:t>zzabilità</w:t>
      </w:r>
      <w:proofErr w:type="spellEnd"/>
      <w:r w:rsidR="00297A2D">
        <w:rPr>
          <w:sz w:val="24"/>
          <w:szCs w:val="24"/>
        </w:rPr>
        <w:t xml:space="preserve"> </w:t>
      </w:r>
      <w:proofErr w:type="spellStart"/>
      <w:r w:rsidR="00297A2D">
        <w:rPr>
          <w:sz w:val="24"/>
          <w:szCs w:val="24"/>
        </w:rPr>
        <w:t>dei</w:t>
      </w:r>
      <w:proofErr w:type="spellEnd"/>
      <w:r w:rsidR="00297A2D">
        <w:rPr>
          <w:sz w:val="24"/>
          <w:szCs w:val="24"/>
        </w:rPr>
        <w:t xml:space="preserve"> </w:t>
      </w:r>
      <w:proofErr w:type="spellStart"/>
      <w:r w:rsidR="00297A2D">
        <w:rPr>
          <w:sz w:val="24"/>
          <w:szCs w:val="24"/>
        </w:rPr>
        <w:t>veicoli</w:t>
      </w:r>
      <w:proofErr w:type="spellEnd"/>
      <w:r w:rsidR="00297A2D">
        <w:rPr>
          <w:sz w:val="24"/>
          <w:szCs w:val="24"/>
        </w:rPr>
        <w:t xml:space="preserve"> </w:t>
      </w:r>
      <w:proofErr w:type="spellStart"/>
      <w:r w:rsidR="00297A2D">
        <w:rPr>
          <w:sz w:val="24"/>
          <w:szCs w:val="24"/>
        </w:rPr>
        <w:t>fuori</w:t>
      </w:r>
      <w:proofErr w:type="spellEnd"/>
      <w:r w:rsidR="00297A2D">
        <w:rPr>
          <w:sz w:val="24"/>
          <w:szCs w:val="24"/>
        </w:rPr>
        <w:t xml:space="preserve"> </w:t>
      </w:r>
      <w:proofErr w:type="spellStart"/>
      <w:r w:rsidR="00297A2D">
        <w:rPr>
          <w:sz w:val="24"/>
          <w:szCs w:val="24"/>
        </w:rPr>
        <w:t>uso</w:t>
      </w:r>
      <w:proofErr w:type="spellEnd"/>
      <w:r w:rsidR="00297A2D">
        <w:rPr>
          <w:sz w:val="24"/>
          <w:szCs w:val="24"/>
        </w:rPr>
        <w:t xml:space="preserve"> </w:t>
      </w:r>
      <w:proofErr w:type="spellStart"/>
      <w:r w:rsidR="00297A2D">
        <w:rPr>
          <w:sz w:val="24"/>
          <w:szCs w:val="24"/>
        </w:rPr>
        <w:t>ai</w:t>
      </w:r>
      <w:proofErr w:type="spellEnd"/>
      <w:r w:rsidR="00297A2D">
        <w:rPr>
          <w:sz w:val="24"/>
          <w:szCs w:val="24"/>
        </w:rPr>
        <w:t xml:space="preserve"> </w:t>
      </w:r>
      <w:proofErr w:type="spellStart"/>
      <w:r w:rsidR="00297A2D">
        <w:rPr>
          <w:sz w:val="24"/>
          <w:szCs w:val="24"/>
        </w:rPr>
        <w:t>fini</w:t>
      </w:r>
      <w:proofErr w:type="spellEnd"/>
      <w:r w:rsidR="00297A2D">
        <w:rPr>
          <w:sz w:val="24"/>
          <w:szCs w:val="24"/>
        </w:rPr>
        <w:t xml:space="preserve"> </w:t>
      </w:r>
      <w:proofErr w:type="spellStart"/>
      <w:r w:rsidR="00297A2D">
        <w:rPr>
          <w:sz w:val="24"/>
          <w:szCs w:val="24"/>
        </w:rPr>
        <w:t>della</w:t>
      </w:r>
      <w:proofErr w:type="spellEnd"/>
      <w:r w:rsidR="00297A2D">
        <w:rPr>
          <w:sz w:val="24"/>
          <w:szCs w:val="24"/>
        </w:rPr>
        <w:t xml:space="preserve"> </w:t>
      </w:r>
      <w:proofErr w:type="spellStart"/>
      <w:r w:rsidR="00297A2D">
        <w:rPr>
          <w:sz w:val="24"/>
          <w:szCs w:val="24"/>
        </w:rPr>
        <w:t>rottamazione</w:t>
      </w:r>
      <w:proofErr w:type="spellEnd"/>
      <w:r w:rsidR="00297A2D">
        <w:rPr>
          <w:sz w:val="24"/>
          <w:szCs w:val="24"/>
        </w:rPr>
        <w:t>);</w:t>
      </w:r>
    </w:p>
    <w:p w:rsidR="000E2C8B" w:rsidRPr="00297A2D" w:rsidRDefault="00FD7736" w:rsidP="00297A2D">
      <w:pPr>
        <w:pStyle w:val="Puntoelenco"/>
        <w:numPr>
          <w:ilvl w:val="0"/>
          <w:numId w:val="11"/>
        </w:numPr>
        <w:spacing w:before="40" w:after="40"/>
        <w:jc w:val="both"/>
        <w:rPr>
          <w:sz w:val="24"/>
          <w:szCs w:val="24"/>
        </w:rPr>
      </w:pPr>
      <w:r w:rsidRPr="00297A2D">
        <w:rPr>
          <w:sz w:val="24"/>
          <w:szCs w:val="24"/>
        </w:rPr>
        <w:t xml:space="preserve">vista la </w:t>
      </w:r>
      <w:proofErr w:type="spellStart"/>
      <w:r w:rsidRPr="00297A2D">
        <w:rPr>
          <w:sz w:val="24"/>
          <w:szCs w:val="24"/>
        </w:rPr>
        <w:t>Circolare</w:t>
      </w:r>
      <w:proofErr w:type="spellEnd"/>
      <w:r w:rsidRPr="00297A2D">
        <w:rPr>
          <w:sz w:val="24"/>
          <w:szCs w:val="24"/>
        </w:rPr>
        <w:t xml:space="preserve"> A.C.I. Prot. DPFA AEKJ8R3/0000926/26 del 19/02/2026 recante le istruzioni operative per il rilascio dell'attestazione da parte dei Comuni quale servizio a domanda individuale.</w:t>
      </w:r>
    </w:p>
    <w:p w:rsidR="000E2C8B" w:rsidRDefault="00FD7736">
      <w:pPr>
        <w:spacing w:before="360" w:after="280"/>
        <w:jc w:val="center"/>
      </w:pPr>
      <w:r>
        <w:rPr>
          <w:b/>
          <w:sz w:val="28"/>
        </w:rPr>
        <w:t>C H I E D E</w:t>
      </w:r>
    </w:p>
    <w:p w:rsidR="000E2C8B" w:rsidRPr="00526EFA" w:rsidRDefault="00FD7736">
      <w:pPr>
        <w:spacing w:after="240"/>
        <w:jc w:val="both"/>
        <w:rPr>
          <w:sz w:val="24"/>
          <w:szCs w:val="24"/>
        </w:rPr>
      </w:pPr>
      <w:r w:rsidRPr="00526EFA">
        <w:rPr>
          <w:sz w:val="24"/>
          <w:szCs w:val="24"/>
        </w:rPr>
        <w:t>che venga rilasciata l'</w:t>
      </w:r>
      <w:r w:rsidRPr="00526EFA">
        <w:rPr>
          <w:b/>
          <w:sz w:val="24"/>
          <w:szCs w:val="24"/>
        </w:rPr>
        <w:t>ATTESTAZIONE DI INUTILIZZABILITÀ DEL VEICOLO</w:t>
      </w:r>
      <w:r w:rsidR="00346088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sopraindicato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ai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sensi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del</w:t>
      </w:r>
      <w:r w:rsidR="0066351B">
        <w:rPr>
          <w:sz w:val="24"/>
          <w:szCs w:val="24"/>
        </w:rPr>
        <w:t>l</w:t>
      </w:r>
      <w:r w:rsidR="00B6502D">
        <w:rPr>
          <w:sz w:val="24"/>
          <w:szCs w:val="24"/>
        </w:rPr>
        <w:t>a</w:t>
      </w:r>
      <w:proofErr w:type="spellEnd"/>
      <w:r w:rsidR="00B6502D">
        <w:rPr>
          <w:sz w:val="24"/>
          <w:szCs w:val="24"/>
        </w:rPr>
        <w:t xml:space="preserve"> L. 14/2026 per </w:t>
      </w:r>
      <w:proofErr w:type="spellStart"/>
      <w:r w:rsidR="00B6502D">
        <w:rPr>
          <w:sz w:val="24"/>
          <w:szCs w:val="24"/>
        </w:rPr>
        <w:t>poterne</w:t>
      </w:r>
      <w:proofErr w:type="spellEnd"/>
      <w:r w:rsidR="00B6502D">
        <w:rPr>
          <w:sz w:val="24"/>
          <w:szCs w:val="24"/>
        </w:rPr>
        <w:t xml:space="preserve"> </w:t>
      </w:r>
      <w:proofErr w:type="spellStart"/>
      <w:r w:rsidR="00B6502D">
        <w:rPr>
          <w:sz w:val="24"/>
          <w:szCs w:val="24"/>
        </w:rPr>
        <w:t>eseguire</w:t>
      </w:r>
      <w:proofErr w:type="spellEnd"/>
      <w:r w:rsidR="00363EF6">
        <w:rPr>
          <w:sz w:val="24"/>
          <w:szCs w:val="24"/>
        </w:rPr>
        <w:t xml:space="preserve"> la </w:t>
      </w:r>
      <w:proofErr w:type="spellStart"/>
      <w:r w:rsidR="00363EF6">
        <w:rPr>
          <w:sz w:val="24"/>
          <w:szCs w:val="24"/>
        </w:rPr>
        <w:t>demolizione</w:t>
      </w:r>
      <w:proofErr w:type="spellEnd"/>
      <w:r w:rsidR="0066351B">
        <w:rPr>
          <w:sz w:val="24"/>
          <w:szCs w:val="24"/>
        </w:rPr>
        <w:t>,</w:t>
      </w:r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nonostante</w:t>
      </w:r>
      <w:proofErr w:type="spellEnd"/>
      <w:r w:rsidR="0066351B">
        <w:rPr>
          <w:sz w:val="24"/>
          <w:szCs w:val="24"/>
        </w:rPr>
        <w:t xml:space="preserve"> lo </w:t>
      </w:r>
      <w:proofErr w:type="spellStart"/>
      <w:r w:rsidR="0066351B">
        <w:rPr>
          <w:sz w:val="24"/>
          <w:szCs w:val="24"/>
        </w:rPr>
        <w:t>stesso</w:t>
      </w:r>
      <w:proofErr w:type="spellEnd"/>
      <w:r w:rsidR="0066351B">
        <w:rPr>
          <w:sz w:val="24"/>
          <w:szCs w:val="24"/>
        </w:rPr>
        <w:t xml:space="preserve"> </w:t>
      </w:r>
      <w:proofErr w:type="spellStart"/>
      <w:r w:rsidR="0066351B">
        <w:rPr>
          <w:sz w:val="24"/>
          <w:szCs w:val="24"/>
        </w:rPr>
        <w:t>risulti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gravato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da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fermo</w:t>
      </w:r>
      <w:proofErr w:type="spellEnd"/>
      <w:r w:rsidR="00363EF6">
        <w:rPr>
          <w:sz w:val="24"/>
          <w:szCs w:val="24"/>
        </w:rPr>
        <w:t xml:space="preserve"> </w:t>
      </w:r>
      <w:r w:rsidR="000925EA">
        <w:rPr>
          <w:sz w:val="24"/>
          <w:szCs w:val="24"/>
        </w:rPr>
        <w:t>fiscal,</w:t>
      </w:r>
      <w:r w:rsidR="0066351B">
        <w:rPr>
          <w:sz w:val="24"/>
          <w:szCs w:val="24"/>
        </w:rPr>
        <w:t xml:space="preserve"> in </w:t>
      </w:r>
      <w:proofErr w:type="spellStart"/>
      <w:r w:rsidR="0066351B">
        <w:rPr>
          <w:sz w:val="24"/>
          <w:szCs w:val="24"/>
        </w:rPr>
        <w:t>quant</w:t>
      </w:r>
      <w:r w:rsidR="00363EF6">
        <w:rPr>
          <w:sz w:val="24"/>
          <w:szCs w:val="24"/>
        </w:rPr>
        <w:t>o</w:t>
      </w:r>
      <w:proofErr w:type="spellEnd"/>
      <w:r w:rsidR="0066351B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il</w:t>
      </w:r>
      <w:proofErr w:type="spellEnd"/>
      <w:r w:rsidR="00363EF6">
        <w:rPr>
          <w:sz w:val="24"/>
          <w:szCs w:val="24"/>
        </w:rPr>
        <w:t xml:space="preserve"> mezzo versa in </w:t>
      </w:r>
      <w:proofErr w:type="spellStart"/>
      <w:r w:rsidR="00363EF6">
        <w:rPr>
          <w:sz w:val="24"/>
          <w:szCs w:val="24"/>
        </w:rPr>
        <w:t>condizioni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tali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da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risulta</w:t>
      </w:r>
      <w:r w:rsidR="0066351B">
        <w:rPr>
          <w:sz w:val="24"/>
          <w:szCs w:val="24"/>
        </w:rPr>
        <w:t>re</w:t>
      </w:r>
      <w:proofErr w:type="spellEnd"/>
      <w:r w:rsidR="0066351B">
        <w:rPr>
          <w:sz w:val="24"/>
          <w:szCs w:val="24"/>
        </w:rPr>
        <w:t xml:space="preserve"> </w:t>
      </w:r>
      <w:proofErr w:type="spellStart"/>
      <w:r w:rsidR="0066351B">
        <w:rPr>
          <w:sz w:val="24"/>
          <w:szCs w:val="24"/>
        </w:rPr>
        <w:t>inutilizzabile</w:t>
      </w:r>
      <w:proofErr w:type="spellEnd"/>
      <w:r w:rsidR="0066351B">
        <w:rPr>
          <w:sz w:val="24"/>
          <w:szCs w:val="24"/>
        </w:rPr>
        <w:t xml:space="preserve"> e non </w:t>
      </w:r>
      <w:proofErr w:type="spellStart"/>
      <w:r w:rsidR="0066351B">
        <w:rPr>
          <w:sz w:val="24"/>
          <w:szCs w:val="24"/>
        </w:rPr>
        <w:t>idoneo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alla</w:t>
      </w:r>
      <w:proofErr w:type="spellEnd"/>
      <w:r w:rsidR="00363EF6">
        <w:rPr>
          <w:sz w:val="24"/>
          <w:szCs w:val="24"/>
        </w:rPr>
        <w:t xml:space="preserve"> </w:t>
      </w:r>
      <w:proofErr w:type="spellStart"/>
      <w:r w:rsidR="00363EF6">
        <w:rPr>
          <w:sz w:val="24"/>
          <w:szCs w:val="24"/>
        </w:rPr>
        <w:t>circolazione</w:t>
      </w:r>
      <w:proofErr w:type="spellEnd"/>
      <w:r w:rsidR="00363EF6">
        <w:rPr>
          <w:sz w:val="24"/>
          <w:szCs w:val="24"/>
        </w:rPr>
        <w:t>.</w:t>
      </w:r>
    </w:p>
    <w:p w:rsidR="000E2C8B" w:rsidRDefault="00FD7736">
      <w:pPr>
        <w:spacing w:before="160" w:after="120"/>
      </w:pPr>
      <w:r>
        <w:rPr>
          <w:b/>
        </w:rPr>
        <w:t>Si allegano i seguenti documenti obbligatori:</w:t>
      </w:r>
    </w:p>
    <w:p w:rsidR="000E2C8B" w:rsidRPr="00E326A5" w:rsidRDefault="00FD7736" w:rsidP="00670BA2">
      <w:pPr>
        <w:spacing w:before="60" w:after="60" w:line="360" w:lineRule="auto"/>
        <w:ind w:left="357"/>
        <w:jc w:val="both"/>
        <w:rPr>
          <w:sz w:val="24"/>
          <w:szCs w:val="24"/>
        </w:rPr>
      </w:pPr>
      <w:r w:rsidRPr="00E326A5">
        <w:rPr>
          <w:b/>
          <w:sz w:val="24"/>
          <w:szCs w:val="24"/>
        </w:rPr>
        <w:t xml:space="preserve">☐  </w:t>
      </w:r>
      <w:proofErr w:type="spellStart"/>
      <w:r w:rsidRPr="00E326A5">
        <w:rPr>
          <w:sz w:val="24"/>
          <w:szCs w:val="24"/>
        </w:rPr>
        <w:t>Copia</w:t>
      </w:r>
      <w:proofErr w:type="spellEnd"/>
      <w:r w:rsidRPr="00E326A5">
        <w:rPr>
          <w:sz w:val="24"/>
          <w:szCs w:val="24"/>
        </w:rPr>
        <w:t xml:space="preserve"> del </w:t>
      </w:r>
      <w:proofErr w:type="spellStart"/>
      <w:r w:rsidRPr="00E326A5">
        <w:rPr>
          <w:sz w:val="24"/>
          <w:szCs w:val="24"/>
        </w:rPr>
        <w:t>documento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d'identità</w:t>
      </w:r>
      <w:proofErr w:type="spellEnd"/>
      <w:r w:rsidRPr="00E326A5">
        <w:rPr>
          <w:sz w:val="24"/>
          <w:szCs w:val="24"/>
        </w:rPr>
        <w:t xml:space="preserve"> in </w:t>
      </w:r>
      <w:proofErr w:type="spellStart"/>
      <w:r w:rsidRPr="00E326A5">
        <w:rPr>
          <w:sz w:val="24"/>
          <w:szCs w:val="24"/>
        </w:rPr>
        <w:t>cor</w:t>
      </w:r>
      <w:r w:rsidR="00F02E8C">
        <w:rPr>
          <w:sz w:val="24"/>
          <w:szCs w:val="24"/>
        </w:rPr>
        <w:t>so</w:t>
      </w:r>
      <w:proofErr w:type="spellEnd"/>
      <w:r w:rsidR="00F02E8C">
        <w:rPr>
          <w:sz w:val="24"/>
          <w:szCs w:val="24"/>
        </w:rPr>
        <w:t xml:space="preserve"> </w:t>
      </w:r>
      <w:proofErr w:type="spellStart"/>
      <w:r w:rsidR="00F02E8C">
        <w:rPr>
          <w:sz w:val="24"/>
          <w:szCs w:val="24"/>
        </w:rPr>
        <w:t>di</w:t>
      </w:r>
      <w:proofErr w:type="spellEnd"/>
      <w:r w:rsidR="00F02E8C">
        <w:rPr>
          <w:sz w:val="24"/>
          <w:szCs w:val="24"/>
        </w:rPr>
        <w:t xml:space="preserve"> </w:t>
      </w:r>
      <w:proofErr w:type="spellStart"/>
      <w:r w:rsidR="00F02E8C">
        <w:rPr>
          <w:sz w:val="24"/>
          <w:szCs w:val="24"/>
        </w:rPr>
        <w:t>validità</w:t>
      </w:r>
      <w:proofErr w:type="spellEnd"/>
      <w:r w:rsidR="00F02E8C">
        <w:rPr>
          <w:sz w:val="24"/>
          <w:szCs w:val="24"/>
        </w:rPr>
        <w:t xml:space="preserve"> e </w:t>
      </w:r>
      <w:proofErr w:type="spellStart"/>
      <w:r w:rsidR="00F02E8C">
        <w:rPr>
          <w:sz w:val="24"/>
          <w:szCs w:val="24"/>
        </w:rPr>
        <w:t>Codice</w:t>
      </w:r>
      <w:proofErr w:type="spellEnd"/>
      <w:r w:rsidR="00F02E8C">
        <w:rPr>
          <w:sz w:val="24"/>
          <w:szCs w:val="24"/>
        </w:rPr>
        <w:t xml:space="preserve"> </w:t>
      </w:r>
      <w:proofErr w:type="spellStart"/>
      <w:r w:rsidR="00F02E8C">
        <w:rPr>
          <w:sz w:val="24"/>
          <w:szCs w:val="24"/>
        </w:rPr>
        <w:t>Fiscale</w:t>
      </w:r>
      <w:proofErr w:type="spellEnd"/>
      <w:r w:rsidR="00F02E8C">
        <w:rPr>
          <w:sz w:val="24"/>
          <w:szCs w:val="24"/>
        </w:rPr>
        <w:t xml:space="preserve"> </w:t>
      </w:r>
      <w:r w:rsid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dell'intestatario</w:t>
      </w:r>
      <w:proofErr w:type="spellEnd"/>
      <w:r w:rsidR="00F02E8C">
        <w:rPr>
          <w:sz w:val="24"/>
          <w:szCs w:val="24"/>
        </w:rPr>
        <w:t xml:space="preserve"> </w:t>
      </w:r>
      <w:r w:rsidRPr="00E326A5">
        <w:rPr>
          <w:sz w:val="24"/>
          <w:szCs w:val="24"/>
        </w:rPr>
        <w:t>/</w:t>
      </w:r>
      <w:proofErr w:type="spellStart"/>
      <w:r w:rsidRPr="00E326A5">
        <w:rPr>
          <w:sz w:val="24"/>
          <w:szCs w:val="24"/>
        </w:rPr>
        <w:t>richiedente</w:t>
      </w:r>
      <w:proofErr w:type="spellEnd"/>
      <w:r w:rsidRPr="00E326A5">
        <w:rPr>
          <w:sz w:val="24"/>
          <w:szCs w:val="24"/>
        </w:rPr>
        <w:t>;</w:t>
      </w:r>
    </w:p>
    <w:p w:rsidR="000E2C8B" w:rsidRPr="00E326A5" w:rsidRDefault="00FD7736" w:rsidP="00670BA2">
      <w:pPr>
        <w:spacing w:before="60" w:after="60" w:line="360" w:lineRule="auto"/>
        <w:ind w:left="357"/>
        <w:jc w:val="both"/>
        <w:rPr>
          <w:sz w:val="24"/>
          <w:szCs w:val="24"/>
        </w:rPr>
      </w:pPr>
      <w:r w:rsidRPr="00E326A5">
        <w:rPr>
          <w:b/>
          <w:sz w:val="24"/>
          <w:szCs w:val="24"/>
        </w:rPr>
        <w:t xml:space="preserve">☐  </w:t>
      </w:r>
      <w:r w:rsidRPr="00E326A5">
        <w:rPr>
          <w:sz w:val="24"/>
          <w:szCs w:val="24"/>
        </w:rPr>
        <w:t>Ricevuta del versamento da effettuare a mezzo Pago PA portale istituzionale comunale di € 100,00 per diritti d'istruttoria relativi al servizio a domanda individuale;</w:t>
      </w:r>
    </w:p>
    <w:p w:rsidR="000E2C8B" w:rsidRPr="00E326A5" w:rsidRDefault="00FD7736" w:rsidP="00670BA2">
      <w:pPr>
        <w:spacing w:before="60" w:after="60" w:line="360" w:lineRule="auto"/>
        <w:ind w:left="357"/>
        <w:jc w:val="both"/>
        <w:rPr>
          <w:sz w:val="24"/>
          <w:szCs w:val="24"/>
        </w:rPr>
      </w:pPr>
      <w:r w:rsidRPr="00E326A5">
        <w:rPr>
          <w:b/>
          <w:sz w:val="24"/>
          <w:szCs w:val="24"/>
        </w:rPr>
        <w:t xml:space="preserve">☐  </w:t>
      </w:r>
      <w:r w:rsidR="00E326A5">
        <w:rPr>
          <w:b/>
          <w:sz w:val="24"/>
          <w:szCs w:val="24"/>
        </w:rPr>
        <w:t xml:space="preserve"> </w:t>
      </w:r>
      <w:proofErr w:type="spellStart"/>
      <w:r w:rsidR="00E326A5" w:rsidRPr="00E326A5">
        <w:rPr>
          <w:sz w:val="24"/>
          <w:szCs w:val="24"/>
        </w:rPr>
        <w:t>Eventuale</w:t>
      </w:r>
      <w:proofErr w:type="spellEnd"/>
      <w:r w:rsidR="00E326A5"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Perizia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attestante</w:t>
      </w:r>
      <w:proofErr w:type="spellEnd"/>
      <w:r w:rsidRPr="00E326A5">
        <w:rPr>
          <w:sz w:val="24"/>
          <w:szCs w:val="24"/>
        </w:rPr>
        <w:t xml:space="preserve"> lo </w:t>
      </w:r>
      <w:proofErr w:type="spellStart"/>
      <w:r w:rsidRPr="00E326A5">
        <w:rPr>
          <w:sz w:val="24"/>
          <w:szCs w:val="24"/>
        </w:rPr>
        <w:t>s</w:t>
      </w:r>
      <w:r w:rsidR="00E326A5">
        <w:rPr>
          <w:sz w:val="24"/>
          <w:szCs w:val="24"/>
        </w:rPr>
        <w:t>tato</w:t>
      </w:r>
      <w:proofErr w:type="spellEnd"/>
      <w:r w:rsidR="00E326A5">
        <w:rPr>
          <w:sz w:val="24"/>
          <w:szCs w:val="24"/>
        </w:rPr>
        <w:t xml:space="preserve"> </w:t>
      </w:r>
      <w:proofErr w:type="spellStart"/>
      <w:r w:rsidR="00E326A5">
        <w:rPr>
          <w:sz w:val="24"/>
          <w:szCs w:val="24"/>
        </w:rPr>
        <w:t>di</w:t>
      </w:r>
      <w:proofErr w:type="spellEnd"/>
      <w:r w:rsidR="00E326A5">
        <w:rPr>
          <w:sz w:val="24"/>
          <w:szCs w:val="24"/>
        </w:rPr>
        <w:t xml:space="preserve"> “</w:t>
      </w:r>
      <w:proofErr w:type="spellStart"/>
      <w:r w:rsidR="00E326A5">
        <w:rPr>
          <w:sz w:val="24"/>
          <w:szCs w:val="24"/>
        </w:rPr>
        <w:t>Fuori</w:t>
      </w:r>
      <w:proofErr w:type="spellEnd"/>
      <w:r w:rsidR="00E326A5">
        <w:rPr>
          <w:sz w:val="24"/>
          <w:szCs w:val="24"/>
        </w:rPr>
        <w:t xml:space="preserve"> </w:t>
      </w:r>
      <w:proofErr w:type="spellStart"/>
      <w:r w:rsidR="005476F6">
        <w:rPr>
          <w:sz w:val="24"/>
          <w:szCs w:val="24"/>
        </w:rPr>
        <w:t>Uso</w:t>
      </w:r>
      <w:proofErr w:type="spellEnd"/>
      <w:r w:rsidR="005476F6">
        <w:rPr>
          <w:sz w:val="24"/>
          <w:szCs w:val="24"/>
        </w:rPr>
        <w:t xml:space="preserve">” del </w:t>
      </w:r>
      <w:proofErr w:type="spellStart"/>
      <w:r w:rsidR="005476F6">
        <w:rPr>
          <w:sz w:val="24"/>
          <w:szCs w:val="24"/>
        </w:rPr>
        <w:t>veicolo</w:t>
      </w:r>
      <w:proofErr w:type="spellEnd"/>
      <w:r w:rsidR="005476F6">
        <w:rPr>
          <w:sz w:val="24"/>
          <w:szCs w:val="24"/>
        </w:rPr>
        <w:t xml:space="preserve"> (</w:t>
      </w:r>
      <w:r w:rsidR="00E326A5">
        <w:rPr>
          <w:sz w:val="24"/>
          <w:szCs w:val="24"/>
        </w:rPr>
        <w:t xml:space="preserve">se </w:t>
      </w:r>
      <w:proofErr w:type="spellStart"/>
      <w:r w:rsidR="00E326A5">
        <w:rPr>
          <w:sz w:val="24"/>
          <w:szCs w:val="24"/>
        </w:rPr>
        <w:t>richiesta</w:t>
      </w:r>
      <w:proofErr w:type="spellEnd"/>
      <w:r w:rsidR="00E326A5">
        <w:rPr>
          <w:sz w:val="24"/>
          <w:szCs w:val="24"/>
        </w:rPr>
        <w:t xml:space="preserve"> </w:t>
      </w:r>
      <w:proofErr w:type="spellStart"/>
      <w:r w:rsidR="00E326A5">
        <w:rPr>
          <w:sz w:val="24"/>
          <w:szCs w:val="24"/>
        </w:rPr>
        <w:t>dall’organo</w:t>
      </w:r>
      <w:proofErr w:type="spellEnd"/>
      <w:r w:rsidR="00E326A5">
        <w:rPr>
          <w:sz w:val="24"/>
          <w:szCs w:val="24"/>
        </w:rPr>
        <w:t xml:space="preserve"> </w:t>
      </w:r>
      <w:proofErr w:type="spellStart"/>
      <w:r w:rsidR="00E326A5">
        <w:rPr>
          <w:sz w:val="24"/>
          <w:szCs w:val="24"/>
        </w:rPr>
        <w:t>accertatore</w:t>
      </w:r>
      <w:proofErr w:type="spellEnd"/>
      <w:r w:rsidR="00E326A5">
        <w:rPr>
          <w:sz w:val="24"/>
          <w:szCs w:val="24"/>
        </w:rPr>
        <w:t>)</w:t>
      </w:r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redatta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da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officina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autorizzata</w:t>
      </w:r>
      <w:proofErr w:type="spellEnd"/>
      <w:r w:rsidR="00C467C7">
        <w:rPr>
          <w:sz w:val="24"/>
          <w:szCs w:val="24"/>
        </w:rPr>
        <w:t xml:space="preserve"> </w:t>
      </w:r>
      <w:r w:rsidR="005476F6">
        <w:rPr>
          <w:sz w:val="24"/>
          <w:szCs w:val="24"/>
        </w:rPr>
        <w:t xml:space="preserve">e </w:t>
      </w:r>
      <w:proofErr w:type="spellStart"/>
      <w:r w:rsidR="00C467C7">
        <w:rPr>
          <w:sz w:val="24"/>
          <w:szCs w:val="24"/>
        </w:rPr>
        <w:t>debitamente</w:t>
      </w:r>
      <w:proofErr w:type="spellEnd"/>
      <w:r w:rsidR="00C467C7">
        <w:rPr>
          <w:sz w:val="24"/>
          <w:szCs w:val="24"/>
        </w:rPr>
        <w:t xml:space="preserve"> </w:t>
      </w:r>
      <w:proofErr w:type="spellStart"/>
      <w:r w:rsidR="00C467C7">
        <w:rPr>
          <w:sz w:val="24"/>
          <w:szCs w:val="24"/>
        </w:rPr>
        <w:t>documentata</w:t>
      </w:r>
      <w:proofErr w:type="spellEnd"/>
      <w:r w:rsidR="00C467C7">
        <w:rPr>
          <w:sz w:val="24"/>
          <w:szCs w:val="24"/>
        </w:rPr>
        <w:t xml:space="preserve"> </w:t>
      </w:r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e</w:t>
      </w:r>
      <w:r w:rsidR="00E326A5">
        <w:rPr>
          <w:sz w:val="24"/>
          <w:szCs w:val="24"/>
        </w:rPr>
        <w:t>ventualmente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corredata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da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rilievi</w:t>
      </w:r>
      <w:proofErr w:type="spellEnd"/>
      <w:r w:rsidRPr="00E326A5">
        <w:rPr>
          <w:sz w:val="24"/>
          <w:szCs w:val="24"/>
        </w:rPr>
        <w:t xml:space="preserve"> fotografici, dimostrante che il mezzo è tecnicamente inutilizzabile a causa della presenza di danni non riparabili o comunque con costi non compatibili con il </w:t>
      </w:r>
      <w:proofErr w:type="spellStart"/>
      <w:r w:rsidRPr="00E326A5">
        <w:rPr>
          <w:sz w:val="24"/>
          <w:szCs w:val="24"/>
        </w:rPr>
        <w:t>valore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commerciale</w:t>
      </w:r>
      <w:proofErr w:type="spellEnd"/>
      <w:r w:rsidRPr="00E326A5">
        <w:rPr>
          <w:sz w:val="24"/>
          <w:szCs w:val="24"/>
        </w:rPr>
        <w:t xml:space="preserve"> de</w:t>
      </w:r>
      <w:r w:rsidR="005476F6">
        <w:rPr>
          <w:sz w:val="24"/>
          <w:szCs w:val="24"/>
        </w:rPr>
        <w:t xml:space="preserve">l </w:t>
      </w:r>
      <w:proofErr w:type="spellStart"/>
      <w:r w:rsidR="005476F6">
        <w:rPr>
          <w:sz w:val="24"/>
          <w:szCs w:val="24"/>
        </w:rPr>
        <w:t>bene</w:t>
      </w:r>
      <w:proofErr w:type="spellEnd"/>
      <w:r w:rsidR="005476F6">
        <w:rPr>
          <w:sz w:val="24"/>
          <w:szCs w:val="24"/>
        </w:rPr>
        <w:t>.</w:t>
      </w:r>
    </w:p>
    <w:p w:rsidR="000E2C8B" w:rsidRDefault="00FD7736" w:rsidP="00670BA2">
      <w:pPr>
        <w:spacing w:before="60" w:after="60" w:line="360" w:lineRule="auto"/>
        <w:ind w:left="357"/>
        <w:jc w:val="both"/>
        <w:rPr>
          <w:sz w:val="24"/>
          <w:szCs w:val="24"/>
        </w:rPr>
      </w:pPr>
      <w:r w:rsidRPr="00E326A5">
        <w:rPr>
          <w:b/>
          <w:sz w:val="24"/>
          <w:szCs w:val="24"/>
        </w:rPr>
        <w:t xml:space="preserve">☐  </w:t>
      </w:r>
      <w:r w:rsidRPr="00E326A5">
        <w:rPr>
          <w:sz w:val="24"/>
          <w:szCs w:val="24"/>
        </w:rPr>
        <w:t xml:space="preserve">Documento Unico di Circolazione (Libretto di Circolazione e Certificato di Proprietà) ovvero formale denuncia </w:t>
      </w:r>
      <w:proofErr w:type="spellStart"/>
      <w:r w:rsidRPr="00E326A5">
        <w:rPr>
          <w:sz w:val="24"/>
          <w:szCs w:val="24"/>
        </w:rPr>
        <w:t>di</w:t>
      </w:r>
      <w:proofErr w:type="spellEnd"/>
      <w:r w:rsidRPr="00E326A5">
        <w:rPr>
          <w:sz w:val="24"/>
          <w:szCs w:val="24"/>
        </w:rPr>
        <w:t xml:space="preserve"> </w:t>
      </w:r>
      <w:proofErr w:type="spellStart"/>
      <w:r w:rsidRPr="00E326A5">
        <w:rPr>
          <w:sz w:val="24"/>
          <w:szCs w:val="24"/>
        </w:rPr>
        <w:t>smarrimento</w:t>
      </w:r>
      <w:proofErr w:type="spellEnd"/>
      <w:r w:rsidRPr="00E326A5">
        <w:rPr>
          <w:sz w:val="24"/>
          <w:szCs w:val="24"/>
        </w:rPr>
        <w:t xml:space="preserve"> e/o </w:t>
      </w:r>
      <w:proofErr w:type="spellStart"/>
      <w:r w:rsidRPr="00E326A5">
        <w:rPr>
          <w:sz w:val="24"/>
          <w:szCs w:val="24"/>
        </w:rPr>
        <w:t>furto</w:t>
      </w:r>
      <w:proofErr w:type="spellEnd"/>
      <w:r w:rsidRPr="00E326A5">
        <w:rPr>
          <w:sz w:val="24"/>
          <w:szCs w:val="24"/>
        </w:rPr>
        <w:t>;</w:t>
      </w:r>
    </w:p>
    <w:p w:rsidR="00CB6AAD" w:rsidRPr="00E326A5" w:rsidRDefault="00CB6AAD" w:rsidP="00670BA2">
      <w:pPr>
        <w:spacing w:before="60" w:after="60" w:line="360" w:lineRule="auto"/>
        <w:ind w:left="357"/>
        <w:jc w:val="both"/>
        <w:rPr>
          <w:sz w:val="24"/>
          <w:szCs w:val="24"/>
        </w:rPr>
      </w:pPr>
    </w:p>
    <w:p w:rsidR="000E2C8B" w:rsidRPr="00CB6AAD" w:rsidRDefault="006B4BDE" w:rsidP="004321EC">
      <w:pPr>
        <w:spacing w:before="60" w:after="60" w:line="360" w:lineRule="auto"/>
        <w:ind w:left="357"/>
        <w:jc w:val="both"/>
        <w:rPr>
          <w:sz w:val="24"/>
          <w:szCs w:val="24"/>
          <w:u w:val="single"/>
        </w:rPr>
      </w:pPr>
      <w:proofErr w:type="spellStart"/>
      <w:r w:rsidRPr="00CB6AAD">
        <w:rPr>
          <w:b/>
          <w:sz w:val="24"/>
          <w:szCs w:val="24"/>
          <w:u w:val="single"/>
        </w:rPr>
        <w:t>Dichiara</w:t>
      </w:r>
      <w:proofErr w:type="spellEnd"/>
      <w:r w:rsidRPr="00CB6AAD">
        <w:rPr>
          <w:sz w:val="24"/>
          <w:szCs w:val="24"/>
          <w:u w:val="single"/>
        </w:rPr>
        <w:t xml:space="preserve"> </w:t>
      </w:r>
      <w:proofErr w:type="spellStart"/>
      <w:r w:rsidR="00FD7736" w:rsidRPr="00CB6AAD">
        <w:rPr>
          <w:sz w:val="24"/>
          <w:szCs w:val="24"/>
          <w:u w:val="single"/>
        </w:rPr>
        <w:t>di</w:t>
      </w:r>
      <w:proofErr w:type="spellEnd"/>
      <w:r w:rsidR="00FD7736" w:rsidRPr="00CB6AAD">
        <w:rPr>
          <w:sz w:val="24"/>
          <w:szCs w:val="24"/>
          <w:u w:val="single"/>
        </w:rPr>
        <w:t xml:space="preserve"> </w:t>
      </w:r>
      <w:proofErr w:type="spellStart"/>
      <w:r w:rsidR="00FD7736" w:rsidRPr="00CB6AAD">
        <w:rPr>
          <w:sz w:val="24"/>
          <w:szCs w:val="24"/>
          <w:u w:val="single"/>
        </w:rPr>
        <w:t>essere</w:t>
      </w:r>
      <w:proofErr w:type="spellEnd"/>
      <w:r w:rsidR="00FD7736" w:rsidRPr="00CB6AAD">
        <w:rPr>
          <w:sz w:val="24"/>
          <w:szCs w:val="24"/>
          <w:u w:val="single"/>
        </w:rPr>
        <w:t xml:space="preserve"> </w:t>
      </w:r>
      <w:proofErr w:type="spellStart"/>
      <w:r w:rsidR="00FD7736" w:rsidRPr="00CB6AAD">
        <w:rPr>
          <w:sz w:val="24"/>
          <w:szCs w:val="24"/>
          <w:u w:val="single"/>
        </w:rPr>
        <w:t>c</w:t>
      </w:r>
      <w:r w:rsidR="00585898" w:rsidRPr="00CB6AAD">
        <w:rPr>
          <w:sz w:val="24"/>
          <w:szCs w:val="24"/>
          <w:u w:val="single"/>
        </w:rPr>
        <w:t>onsapevole</w:t>
      </w:r>
      <w:proofErr w:type="spellEnd"/>
      <w:r w:rsidR="00585898" w:rsidRPr="00CB6AAD">
        <w:rPr>
          <w:sz w:val="24"/>
          <w:szCs w:val="24"/>
          <w:u w:val="single"/>
        </w:rPr>
        <w:t xml:space="preserve"> </w:t>
      </w:r>
      <w:proofErr w:type="spellStart"/>
      <w:r w:rsidR="00585898" w:rsidRPr="00CB6AAD">
        <w:rPr>
          <w:sz w:val="24"/>
          <w:szCs w:val="24"/>
          <w:u w:val="single"/>
        </w:rPr>
        <w:t>che</w:t>
      </w:r>
      <w:proofErr w:type="spellEnd"/>
      <w:r w:rsidR="00585898" w:rsidRPr="00CB6AAD">
        <w:rPr>
          <w:sz w:val="24"/>
          <w:szCs w:val="24"/>
          <w:u w:val="single"/>
        </w:rPr>
        <w:t xml:space="preserve"> la </w:t>
      </w:r>
      <w:proofErr w:type="spellStart"/>
      <w:r w:rsidR="00585898" w:rsidRPr="00CB6AAD">
        <w:rPr>
          <w:sz w:val="24"/>
          <w:szCs w:val="24"/>
          <w:u w:val="single"/>
        </w:rPr>
        <w:t>rottamazione</w:t>
      </w:r>
      <w:proofErr w:type="spellEnd"/>
      <w:r w:rsidR="00585898" w:rsidRPr="00CB6AAD">
        <w:rPr>
          <w:sz w:val="24"/>
          <w:szCs w:val="24"/>
          <w:u w:val="single"/>
        </w:rPr>
        <w:t xml:space="preserve"> pr</w:t>
      </w:r>
      <w:r w:rsidR="00FD7736" w:rsidRPr="00CB6AAD">
        <w:rPr>
          <w:sz w:val="24"/>
          <w:szCs w:val="24"/>
          <w:u w:val="single"/>
        </w:rPr>
        <w:t xml:space="preserve">eclude </w:t>
      </w:r>
      <w:proofErr w:type="spellStart"/>
      <w:r w:rsidR="00FD7736" w:rsidRPr="00CB6AAD">
        <w:rPr>
          <w:sz w:val="24"/>
          <w:szCs w:val="24"/>
          <w:u w:val="single"/>
        </w:rPr>
        <w:t>l'accesso</w:t>
      </w:r>
      <w:proofErr w:type="spellEnd"/>
      <w:r w:rsidR="00FD7736" w:rsidRPr="00CB6AAD">
        <w:rPr>
          <w:sz w:val="24"/>
          <w:szCs w:val="24"/>
          <w:u w:val="single"/>
        </w:rPr>
        <w:t xml:space="preserve"> a </w:t>
      </w:r>
      <w:proofErr w:type="spellStart"/>
      <w:r w:rsidR="00FD7736" w:rsidRPr="00CB6AAD">
        <w:rPr>
          <w:sz w:val="24"/>
          <w:szCs w:val="24"/>
          <w:u w:val="single"/>
        </w:rPr>
        <w:t>incentivi</w:t>
      </w:r>
      <w:proofErr w:type="spellEnd"/>
      <w:r w:rsidR="00FD7736" w:rsidRPr="00CB6AAD">
        <w:rPr>
          <w:sz w:val="24"/>
          <w:szCs w:val="24"/>
          <w:u w:val="single"/>
        </w:rPr>
        <w:t xml:space="preserve"> per nuovi veicoli e non estingue </w:t>
      </w:r>
      <w:proofErr w:type="spellStart"/>
      <w:r w:rsidR="00FD7736" w:rsidRPr="00CB6AAD">
        <w:rPr>
          <w:sz w:val="24"/>
          <w:szCs w:val="24"/>
          <w:u w:val="single"/>
        </w:rPr>
        <w:t>il</w:t>
      </w:r>
      <w:proofErr w:type="spellEnd"/>
      <w:r w:rsidR="00FD7736" w:rsidRPr="00CB6AAD">
        <w:rPr>
          <w:sz w:val="24"/>
          <w:szCs w:val="24"/>
          <w:u w:val="single"/>
        </w:rPr>
        <w:t xml:space="preserve"> </w:t>
      </w:r>
      <w:proofErr w:type="spellStart"/>
      <w:r w:rsidR="00FD7736" w:rsidRPr="00CB6AAD">
        <w:rPr>
          <w:sz w:val="24"/>
          <w:szCs w:val="24"/>
          <w:u w:val="single"/>
        </w:rPr>
        <w:t>debito</w:t>
      </w:r>
      <w:proofErr w:type="spellEnd"/>
      <w:r w:rsidR="00FD7736" w:rsidRPr="00CB6AAD">
        <w:rPr>
          <w:sz w:val="24"/>
          <w:szCs w:val="24"/>
          <w:u w:val="single"/>
        </w:rPr>
        <w:t xml:space="preserve"> </w:t>
      </w:r>
      <w:proofErr w:type="spellStart"/>
      <w:r w:rsidR="00FD7736" w:rsidRPr="00CB6AAD">
        <w:rPr>
          <w:sz w:val="24"/>
          <w:szCs w:val="24"/>
          <w:u w:val="single"/>
        </w:rPr>
        <w:t>fiscale</w:t>
      </w:r>
      <w:proofErr w:type="spellEnd"/>
      <w:r w:rsidR="00FD7736" w:rsidRPr="00CB6AAD">
        <w:rPr>
          <w:sz w:val="24"/>
          <w:szCs w:val="24"/>
          <w:u w:val="single"/>
        </w:rPr>
        <w:t xml:space="preserve"> </w:t>
      </w:r>
      <w:proofErr w:type="spellStart"/>
      <w:r w:rsidR="00FD7736" w:rsidRPr="00CB6AAD">
        <w:rPr>
          <w:sz w:val="24"/>
          <w:szCs w:val="24"/>
          <w:u w:val="single"/>
        </w:rPr>
        <w:t>originario</w:t>
      </w:r>
      <w:proofErr w:type="spellEnd"/>
      <w:r w:rsidR="00FD7736" w:rsidRPr="00CB6AAD">
        <w:rPr>
          <w:sz w:val="24"/>
          <w:szCs w:val="24"/>
          <w:u w:val="single"/>
        </w:rPr>
        <w:t>.</w:t>
      </w:r>
    </w:p>
    <w:p w:rsidR="004321EC" w:rsidRPr="004321EC" w:rsidRDefault="004321EC" w:rsidP="004321EC">
      <w:pPr>
        <w:spacing w:before="60" w:after="60" w:line="360" w:lineRule="auto"/>
        <w:ind w:left="357"/>
        <w:jc w:val="both"/>
        <w:rPr>
          <w:sz w:val="24"/>
          <w:szCs w:val="24"/>
        </w:rPr>
      </w:pPr>
    </w:p>
    <w:tbl>
      <w:tblPr>
        <w:tblW w:w="0" w:type="auto"/>
        <w:jc w:val="center"/>
        <w:tblLook w:val="04A0"/>
      </w:tblPr>
      <w:tblGrid>
        <w:gridCol w:w="4824"/>
        <w:gridCol w:w="4824"/>
      </w:tblGrid>
      <w:tr w:rsidR="000E2C8B">
        <w:trPr>
          <w:jc w:val="center"/>
        </w:trPr>
        <w:tc>
          <w:tcPr>
            <w:tcW w:w="4824" w:type="dxa"/>
          </w:tcPr>
          <w:p w:rsidR="000E2C8B" w:rsidRDefault="00FD7736">
            <w:r>
              <w:t>Serra d'Aiello, lì __________________</w:t>
            </w:r>
          </w:p>
        </w:tc>
        <w:tc>
          <w:tcPr>
            <w:tcW w:w="4824" w:type="dxa"/>
          </w:tcPr>
          <w:p w:rsidR="000E2C8B" w:rsidRDefault="00FD7736">
            <w:pPr>
              <w:jc w:val="center"/>
            </w:pPr>
            <w:r>
              <w:t>_________________________________________</w:t>
            </w:r>
            <w:r>
              <w:br/>
            </w:r>
            <w:r>
              <w:rPr>
                <w:i/>
                <w:sz w:val="19"/>
              </w:rPr>
              <w:t>Firma del richiedente</w:t>
            </w:r>
          </w:p>
        </w:tc>
      </w:tr>
    </w:tbl>
    <w:p w:rsidR="00FD7736" w:rsidRDefault="00FD7736"/>
    <w:sectPr w:rsidR="00FD7736" w:rsidSect="001E5B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08C" w:rsidRDefault="00AF408C" w:rsidP="00297A2D">
      <w:pPr>
        <w:spacing w:after="0" w:line="240" w:lineRule="auto"/>
      </w:pPr>
      <w:r>
        <w:separator/>
      </w:r>
    </w:p>
  </w:endnote>
  <w:endnote w:type="continuationSeparator" w:id="0">
    <w:p w:rsidR="00AF408C" w:rsidRDefault="00AF408C" w:rsidP="00297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08C" w:rsidRDefault="00AF408C" w:rsidP="00297A2D">
      <w:pPr>
        <w:spacing w:after="0" w:line="240" w:lineRule="auto"/>
      </w:pPr>
      <w:r>
        <w:separator/>
      </w:r>
    </w:p>
  </w:footnote>
  <w:footnote w:type="continuationSeparator" w:id="0">
    <w:p w:rsidR="00AF408C" w:rsidRDefault="00AF408C" w:rsidP="00297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D574CD9"/>
    <w:multiLevelType w:val="hybridMultilevel"/>
    <w:tmpl w:val="EC6EFA16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>
    <w:nsid w:val="38D1716E"/>
    <w:multiLevelType w:val="hybridMultilevel"/>
    <w:tmpl w:val="CBB2FD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925EA"/>
    <w:rsid w:val="000E2C8B"/>
    <w:rsid w:val="0015074B"/>
    <w:rsid w:val="001E5B5F"/>
    <w:rsid w:val="0029639D"/>
    <w:rsid w:val="00297A2D"/>
    <w:rsid w:val="00326F90"/>
    <w:rsid w:val="00346088"/>
    <w:rsid w:val="00363EF6"/>
    <w:rsid w:val="004321EC"/>
    <w:rsid w:val="00526EFA"/>
    <w:rsid w:val="005476F6"/>
    <w:rsid w:val="00585898"/>
    <w:rsid w:val="005904EE"/>
    <w:rsid w:val="00596AA3"/>
    <w:rsid w:val="005D375C"/>
    <w:rsid w:val="0066351B"/>
    <w:rsid w:val="00665420"/>
    <w:rsid w:val="00670BA2"/>
    <w:rsid w:val="006B4BDE"/>
    <w:rsid w:val="006F6F7F"/>
    <w:rsid w:val="009B13F5"/>
    <w:rsid w:val="00A609C7"/>
    <w:rsid w:val="00AA1D8D"/>
    <w:rsid w:val="00AF408C"/>
    <w:rsid w:val="00B04B88"/>
    <w:rsid w:val="00B47730"/>
    <w:rsid w:val="00B6502D"/>
    <w:rsid w:val="00C467C7"/>
    <w:rsid w:val="00CB0664"/>
    <w:rsid w:val="00CB6AAD"/>
    <w:rsid w:val="00CF7294"/>
    <w:rsid w:val="00E326A5"/>
    <w:rsid w:val="00ED4A68"/>
    <w:rsid w:val="00F02E8C"/>
    <w:rsid w:val="00F06193"/>
    <w:rsid w:val="00FA0633"/>
    <w:rsid w:val="00FC693F"/>
    <w:rsid w:val="00FD7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Calibri" w:hAnsi="Calibri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B82313-48AE-4548-BB89-C74895C3F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3801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38</cp:revision>
  <cp:lastPrinted>2026-10-30T10:49:00Z</cp:lastPrinted>
  <dcterms:created xsi:type="dcterms:W3CDTF">2013-12-23T23:15:00Z</dcterms:created>
  <dcterms:modified xsi:type="dcterms:W3CDTF">2026-10-30T11:23:00Z</dcterms:modified>
  <cp:category/>
</cp:coreProperties>
</file>